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Neu: Anmeldung und Abmeldung online</w:t>
      </w:r>
    </w:p>
    <w:tbl>
      <w:tblPr>
        <w:tblW w:type="auto" w:w="0"/>
        <w:tblLook w:firstColumn="1" w:firstRow="1" w:lastColumn="0" w:lastRow="0" w:noHBand="0" w:noVBand="1" w:val="04A0"/>
      </w:tblPr>
      <w:tblGrid>
        <w:gridCol w:w="9746"/>
      </w:tblGrid>
      <w:tr>
        <w:tc>
          <w:tcPr>
            <w:tcW w:type="dxa" w:w="9746"/>
            <w:shd w:val="clear" w:color="auto" w:fill="FFF2C2"/>
          </w:tcPr>
          <w:p>
            <w:r>
              <w:t>Muster ohne Gewähr – keine Rechtsberatung. Bitte die Angaben in eckigen Klammern ersetzen und Absätze streichen, die für Ihr Angebot nicht gelten (zum Beispiel die Tarifreduktion).</w:t>
            </w:r>
          </w:p>
        </w:tc>
      </w:tr>
    </w:tbl>
    <w:p/>
    <w:p>
      <w:r>
        <w:t>[Ort], [Datum]</w:t>
      </w:r>
    </w:p>
    <w:p>
      <w:r>
        <w:t>Liebe Eltern</w:t>
      </w:r>
    </w:p>
    <w:p>
      <w:r>
        <w:t>Ab [Datum] organisieren wir [Name des Angebots] mit dem Programm «Ufzack Betreuung». Für Sie wird damit einiges einfacher: Papierformulare und Abmeldungen per Telefon oder Zettel fallen weg.</w:t>
      </w:r>
    </w:p>
    <w:p>
      <w:pPr>
        <w:pStyle w:val="Heading1"/>
      </w:pPr>
      <w:r>
        <w:t>Anmelden</w:t>
      </w:r>
    </w:p>
    <w:p>
      <w:r>
        <w:t>Sie melden Ihr Kind über diesen Link an, am Handy oder am Computer, ohne Konto und ohne Passwort: [Anmeldelink]. Sie wählen die Tage, sehen die geschätzten Kosten und bestätigen das Reglement. Das Formular gibt es auf Deutsch, Französisch, Italienisch und Englisch. Wir bestätigen die Anmeldung per Mail.</w:t>
      </w:r>
    </w:p>
    <w:p>
      <w:pPr>
        <w:pStyle w:val="Heading1"/>
      </w:pPr>
      <w:r>
        <w:t>Elternportal</w:t>
      </w:r>
    </w:p>
    <w:p>
      <w:r>
        <w:t>Im Elternportal sehen Sie die Betreuungstage Ihres Kindes, melden einzelne Tage ab oder buchen einen Tag dazu, finden die Rechnungen und Dokumente wie das Reglement und ändern Ihre Angaben. Sie melden sich mit einem Link an, den Sie per Mail bekommen; ein Passwort brauchen Sie nicht. Das Portal lässt sich auf dem Handy wie eine App auf den Startbildschirm legen.</w:t>
      </w:r>
    </w:p>
    <w:p>
      <w:r>
        <w:t>Abmeldungen sind kostenlos bis [Frist, z. B. am Vortag um 12.00 Uhr]. Danach wird der Tag gemäss Tarifreglement verrechnet.</w:t>
      </w:r>
    </w:p>
    <w:p>
      <w:pPr>
        <w:pStyle w:val="Heading1"/>
      </w:pPr>
      <w:r>
        <w:t>Rechnungen</w:t>
      </w:r>
    </w:p>
    <w:p>
      <w:r>
        <w:t>Die Rechnung kommt [monatlich] per Mail als PDF mit QR-Einzahlungsschein und steht auch im Elternportal.</w:t>
      </w:r>
    </w:p>
    <w:p>
      <w:pPr>
        <w:pStyle w:val="Heading1"/>
      </w:pPr>
      <w:r>
        <w:t>Reduzierter Tarif (falls zutreffend)</w:t>
      </w:r>
    </w:p>
    <w:p>
      <w:r>
        <w:t>Ein Gesuch um Reduktion nach Einkommen reichen Sie im Elternportal unter «Tarifreduktion» ein und laden den Beleg [letzte definitive Steuerveranlagung] hoch.</w:t>
      </w:r>
    </w:p>
    <w:p>
      <w:pPr>
        <w:pStyle w:val="Heading1"/>
      </w:pPr>
      <w:r>
        <w:t>Ihre Daten</w:t>
      </w:r>
    </w:p>
    <w:p>
      <w:r>
        <w:t>Im Programm sehen nur unser Team und Sie selbst Ihre Angaben. Sie liegen auf einem Server in der Schweiz und werden nicht für Werbung verwendet. Mehr dazu: betreuung.ufzack.ch/sicherheit/</w:t>
      </w:r>
    </w:p>
    <w:p>
      <w:r>
        <w:t>Haben Sie kein Handy oder keine Mailadresse, oder brauchen Sie Hilfe? Melden Sie sich bei uns: [Name, Telefon, Mail]. Wir finden gemeinsam eine Lösung.</w:t>
      </w:r>
    </w:p>
    <w:p>
      <w:r>
        <w:t>Freundliche Grüsse</w:t>
        <w:br/>
        <w:t>[Name]</w:t>
        <w:br/>
        <w:t>[Funktion, Name des Angebots]</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Elternbrief zum Start mit Ufzack Betreuung – Muster von Ufzack Betreuung (betreuung.ufzack.ch), ohne Gewähr, keine Rechtsberatung.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F223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F223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F223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Elternbrief zum Start mit Ufzack Betreuung</dc:title>
  <dc:subject/>
  <dc:creator>Ufzack Betreuung (Muster)</dc:creator>
  <cp:keywords/>
  <dc:description>Muster ohne Gewähr – keine Rechtsberatung. Bitte an Ihr Angebot, Ihr Reglement und die Vorgaben Ihrer Gemeinde anpassen; Werte in eckigen Klammern und Beispielwerte ersetzen.</dc:description>
  <cp:lastModifiedBy/>
  <cp:revision>1</cp:revision>
  <dcterms:created xsi:type="dcterms:W3CDTF">2013-12-23T23:15:00Z</dcterms:created>
  <dcterms:modified xsi:type="dcterms:W3CDTF">2013-12-23T23:15:00Z</dcterms:modified>
  <cp:category/>
</cp:coreProperties>
</file>